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כלים לקריאת סיפור חזותי ללא דיאלוג – הבעות פנים, שפת גוף ומבנה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ערכים ומסרים (עבודת צוות, התמדה, חסד, מנהיגות) ולתמוך אותם בדוגמאות מהסרט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מעבר משיח בעל פה לכתיבה מנומקת סביב תובנה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דיבוב לדמות תוך זיהוי רגש ומוטיבציה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כלים לצפייה מודרכת ולניתוח סרט קצר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שאלות כמו "ראיתם פעם..." מכינות את הצופה ומחברות אותו לנושא עוד לפני תחילת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לזהות רגשות דרך הבעות פנים, עיניים, פה, ידיים ותנועת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עצירה כזו מאפשרת לדון ברגע ספציפי לפני שממשיכים הלאה בעלילה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כלים לצפייה מודרכת ולניתוח סרט קצר – זיהוי רגשות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הפינגווינים והאורקה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הבעות פנים ושפת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מוביל אחר מחליף אותו והלהקה מעודדת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כלים לצפייה מודרכת ולניתוח סרט קצר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(עבודת צוות ותושייה מול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(התמדה וסבלנות למרות דחייה)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(מעשה חסד שחוזר למי שהתחיל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(אמונה עצמית למרות כישלונות חוזרים)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(מנהיגות מתחלפת ועידוד הדדי)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כלים לצפייה מודרכת ולניתוח סרט קצר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רגע ספציפי וציון סימן ברור כמו עיניים פעורות, כתפיים שחוחות, תנועת ידיים וכד׳ המעידים על הרגש שצוין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מעשה טוב קטן ממשיך הלאה ובסוף חוזר לנותן – מודגם דרך שרשרת האנשים שמעבירים את הפעולה הטובה זה לזה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שאלת לפני מעוררת ציפייה וידע קודם; שאלת אחרי בודקת הבנה, מסקנה אישית או יישום של מה שנצפה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בהיעדר דיאלוג הצופה נאלץ להתמקד בהבעות פנים, מבט, תנועה ושפת גוף כדי להבין את הדמות ורגשותיה, מה שמחדד יכולת תצפית וניתוח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עבודת צוות ותושייה: הפינגווינים והאורקה – מה ראינו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הסרטון כמעט בלי מילים, והעלילה מובנת מהתנועה ומהבעות הפנים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הקונפליקט המרכזי של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הסרטון נמשך כ-31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הנושא המרכזי הוא עבודת צוות וכוחה של קבוצה מול איום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עבודת צוות ותושייה: הפינגווינים והאורקה – הבנת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ביחד יש סיכוי טוב יותר לשרוד את האיום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היכולת למצוא פתרון יצירתי ומהיר למצב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כשהאורקה מטה את הקרח והקבוצה בסכנה מיידית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שהצופים יתמקדו בשפת הגוף ובהבעות ובכך יבינו את הרגשות בעצמם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עבודת צוות ותושייה: הפינגווינים והאורקה – חשיבה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יש להתייחס לכך שפעולה משותפת (כגון שמירה על שיווי משקל של הקרח, תזוזה מתואמת) מגדילה את סיכויי השרידות לעומת פעולה בודדת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תושייה אישית היא יכולת של פרט למצוא פתרון, ותושייה קבוצתית נבנית כששילוב הרעיונות של כמה פרטים יוצר פתרון שאף אחד מהם לא היה מגיע אליו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בת 4-6 משפטים, הכוללת השוואה בין משטח הקרח/האורקה למצב ממשי (למשל לחץ חיצוני על קבוצה או כיתה) והסבר כיצד שיתוף פעולה עוזר להתמודד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למשל: כשיש סכנה או קושי משותף כדאי לפעול יחד ולא כל אחד לבד, כי הפעולה המשותפת מגדילה את סיכויי ההצלחה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התמדה וסבלנות: התלמיד שחיכה בשער ופיפ – מה קרה בסיפורים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הסרטון – נער שמטפס לבד להר כדי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שולח את הנער משם, והוא מחליט לחכות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הסרטון מציג אותה בבית ספר לכלבי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נכשלת, מתאמנת שוב, ורק אז מנסה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בשני הסרטים אין כמעט דיבור, וההבנה מגיעה מהתנהגות 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התמדה וסבלנות: התלמיד שחיכה בשער ופיפ – התאמת דמויות ומסרים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(סבלנות והתמדה למרות דחייה ראשונית)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(התמדה דרך תרגול חוזר אחרי כישלון)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(דמות שבוחנת את הנחישות של הנער בשתיקה)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(דמות שבוחנת את יכולתה של פיפ במבחן)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התמדה וסבלנות: התלמיד שחיכה בשער ופיפ – השוואה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ששתי הדמויות לא מוותרות למרות הקושי, ושתיהן מראות סוג של אמונה שהמאמץ ישתלם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המנמקת בחירה אחת, למשל שהחיכיה הפסיבית קשה כי אין פעולה, או שהתרגול החוזר קשה כי כולל התמודדות עם כישלון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סבלנות היא היכולת לחכות בלי לפעול, התמדה פעילה היא ניסיון חוזר ופעיל; יש לצרף דוגמה אישית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המנמקת העדפה אחת מתוך השוואה בין שני סוגי ההתמדה שמוצגים בסרטונים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שיתוף פעולה ומנהיגות מתחלפת: שיעור אווזי הבר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הלהקה כולה מצליחה לעוף למרחק רב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אווז אחר תופס את מקומו בחזית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משמיעה קולות וצפירות עידוד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שיתוף פעולה ומנהיגות מתחלפת: שיעור אווזי הבר – חיבור בין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המוביל מתחלף כשהוא מתעייף, כדי שלא יישחק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בסרטון כביטוי לערבות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– מנהיגות מתחלפת משמעה חלוקת תפקיד ההובלה בין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שיתוף פעולה ומנהיגות מתחלפת: שיעור אווזי הבר – יישום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שיתוף פעולה ומנהיגות מתחלפת: שיעור אווזי הבר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(טיסה יעילה יותר לכל הלהקה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(מניעת עייפות יתר של אווז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(תמיכה קולית באווזים המובילים)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(ערבות הדדית בזמן משבר)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חסד, נתינה והשפעה: בומרנג של טוב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הסרטון מוגדר כסרטון כמעט בלי מילים, שבו הסיפור מסופר דרך תמונה ופעולה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מעשה הטוב עובר מאדם לאדם ברחוב, ובסוף הוא חוזר דווקא למי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הסרטון באתר – מתאים לכל הגילים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אורך הסרטון המצוין הוא 5:44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חסד, נתינה והשפעה: בומרנג של טוב – שרשרת הנתינה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(עושה את מעשה הטוב הראשון שפותח את השרשרת)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(מקבל את הטוב ומעביר אותו לדמות הבאה)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(ממשיכה את שרשרת הנתינה הלאה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(חוליה נוספת בשרשרת שמקרבת את הטוב בחזרה לנער)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(מלווה את הסיפור בקול מבחוץ, בלי להיות חלק מהשרשרת עצמה)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חסד, נתינה והשפעה: בומרנג של טוב – 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מעשה הטוב חוזר בסוף בדרך לא צפויה אל 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מעשה טוב ושל ההשפעה שלו על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הרגע שבו שרשרת הפעולות נסגרת ומתחברת בחזרה לדמות שפתחה אותה, מה שחושף את הקשר בין כל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מנומקת המתייחסת לכך שמעשה טוב ספונטני יכול להמשיך בלי תכנון, מתוך בחירה אישית של כל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מניתוח לכתיבה ולדיבוב יצירתי – הכרת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צופים בסרט עם קול וכן נהנים ממנו, ורק בהמשך משתיקים אותו לקראת הדיבוב.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הסדר המוצע הוא: תיאור דמויות, ניתוח רגשות מתוך הבעות פנים, כתיבת שורות, ולבסוף דיבוב בשידור חי.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מניתוח לכתיבה ולדיבוב יצירתי – הכרת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לזהות רגשות של דמויות על פי הבעות פנים ושפת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דיבוב בשידור חי על גבי הסרט המושתק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מניתוח לכתיבה ולדיבוב יצירתי – הכרת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מצביעה על פרט חזותי קונקרטי (מבט, תנועת ידיים, קצב הליכה) ולא רק אומרת 'הוא עצוב'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מקשרת בין אירוע ספציפי בעלילה לבין הערך הנלמד, לא רק חוזרת על שם הערך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השורות מתאימות לרגש שצוין קודם, קצרות וטבעיות, ולא סותרות את מה שקורה בתמונה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בצפייה חוזרת קצרה בסרטון הקודם לפני המעבר לפרק הבא, כדי לחבר בין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כדאי להוסיף שאלת השוואה בין שני סרטונים (למשל פרק 3), ולתלמידים שמתקשים להסתפק בתיאור רגש אחד ברור לכל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הדיבוב בפרק 6 עובדת טוב בקבוצות קטנות – לחלק תפקידים (כתיבה, קריינות, תזמון) כדי שכולם יהיו שותפים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לשמור את דפי התובנה שנכתבו בכל פרק ולחזור אליהם בסיכום החוברת, כדי לראות את חוט המחבר בין כל הסרטונים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פרק: קודם צופים בסרטון, אחר כך משוחחים בזוג, ורק בסוף כותבים תשובה מלאה. שמים לב לרגשות של הדמויות גם בלי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סרט ללא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סרט שמספר סיפור רק בעזרת תמונה, תנועה והבעות 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תנועות ותנוחות גוף שמגלות מה דמות מרגישה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או לקח שמסיקים מהסרט ומחברים לחיים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של קבוצה להתמודד יחד עם קושי ולא להישבר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הדדית, כל חבר בקבוצה אחראי גם לשלום האחרים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 מתחלפת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תפקיד ההובלה עובר מאחד לשני לפי הצורך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של 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מעשה טוב אחד גורם למעשה טוב נוסף, עד שהוא חוזר למקורו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קול ודיבור לדמות בסרט שצולם בלי דיאלוג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צפייה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עבודה שמלווה את הצפייה בסרטון בשאלות ומשימות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כרטיסי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כרטיסיות עם שאלות קצרות שמעבירים ביניהם בקבוצה לשיחה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כלים לצפייה מודרכת ולניתוח סרט קצר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לפני הצפייה נועדות בין השאר לעורר סקרנות ולחבר לידע קודם של הצופים.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כמעט בלי מילים אי אפשר כלל להבין מה מרגישות הדמויות.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עצירה באמצע צפייה משמשת כדי לבקש מהכיתה דוגמה או התייחסות לרגע שהוקרן.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כלים לצפייה מודרכת ולניתוח סרט קצר – זיהוי רגשות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סרטון מתאר פינגווינים על קרח ואורקה?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הפינגווינים והאורקה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בומרנג של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אווזי הבר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בעיקר מזהים רגש בסרט בלי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הבעות פנים ושפת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כתוביות מוסבר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מוזיקת רקע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הלהקה כשהמוביל מתעייף?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הלהקה נעצרת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מוביל אחר מחליף אותו והלהקה מעודדת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הלהקה מתפזרת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אווז ממשיך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כלים לצפייה מודרכת ולניתוח סרט קצר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מעשה חסד שחוזר למי שהתחיל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אמונה עצמית למרות כישלונות חוזרים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עבודת צוות ותושייה מול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פיפ – כלבה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מנהיגות מתחלפת ועידוד הדדי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התמדה וסבלנות למרות דחייה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כלים לצפייה מודרכת ולניתוח סרט קצר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רגע אחד מאחד הסרטונים ותארו איך זיהיתם את רגש הדמות בלעדי מילים – אילו סימנים בפנים ובגוף עזרו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נסחו תובנה מרכזית אחת מהסרטון "בומרנג של טוב", והסבירו כיצד היא באה לידי ביטוי בעלילה.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סרטון אחד, וכתבו שאלה אחת שהייתם שואלים לפני הצפייה ושאלה אחת לאחריה. מה ההבדל במטרה של כל שאלה?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מדוע דווקא סרט כמעט בלי מילים מתאים במיוחד לתרגול זיהוי רגשות וניתוח שפת גוף.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עבודת צוות ותושייה: הפינגווינים והאורקה – מה ראינו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מבוסס בעיקר על דו-שיח מילולי ארוך בין הדמויות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האורקה מנסה להטות את משטח הקרח כדי שהפינגווינים יחליקו אליה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משך הסרטון הוא כחצי דקה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המרכזי של הסרטון הוא תחרות בין הפינגווינים על מי ישרוד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עבודת צוות ותושייה: הפינגווינים והאורקה – הבנת הדילמה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הפינגווינים נשארים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להם ברירה אחרת פיזית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ביחד יש סיכוי טוב יותר לשרוד את האיום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לא שמים לב לאורקה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האורקה מכריחה אותם להישאר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תושייה במצב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יכולת לשחות מהר יותר מהאורקה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למצוא פתרון יצירתי ומהיר למצב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היכולת להתעלם מהסכנה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יכולת לצעוק חזק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המתח הכי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כשהפינגווינים נרגעים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כשהאורקה מטה את הקרח והקבוצה בסכנה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בתחילת הסרטון כשהכול 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כשהפינגווין הראשון קולט את הסכנה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אין כמעט דיבור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בעלות ההפקה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שהצופים יתמקדו בשפת הגוף ובהבעות ובכך יבינו את הרגשות בעצמם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היה זמן לכתוב תסריט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הדמויות לא יודעות לדבר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עבודת צוות ותושייה: הפינגווינים והאורקה – חשיבה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כיצד שיתוף הפעולה בין הפינגווינים עוזר להם להתמודד עם האורקה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מהו הקשר בין תושייה אישית לתושייה קבוצתית, והביאו דוגמה מהסרטון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קצרה: כיצד המצב בסרטון יכול לשמש משל למצב אמיתי שבו קבוצה מתמודדת עם איום או קושי משותף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נסחו כלל אחד שניתן ללמוד מהסרטון וליישם בעבודת צוות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התמדה וסבלנות: התלמיד שחיכה בשער ופיפ – מה קרה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בסרטון מטפס עד למקדש על ראש ההר כדי ללמוד אצל מורה זקן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הזקן מקבל את הנער מיד ומתחיל ללמד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היא כלבה שמתאמנת להיות כלבת נחייה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מצליחה בפעם הראשונה שהיא עוברת את המבחן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הסרטונים כמעט בלי מילים, ומבוססים על הבעות פנים ותנועה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התמדה וסבלנות: התלמיד שחיכה בשער ופיפ – התאמת דמויות ומסרים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דמות שבוחנת את הנחישות של הנער בשתיקה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סבלנות והתמדה למרות דחייה ראשונית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המורה הזקן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דמות שבוחנת את יכולתה של פיפ במבחן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הבוחן הקשוח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התמדה דרך תרגול חוזר אחרי כישלון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התמדה וסבלנות: התלמיד שחיכה בשער ופיפ – השוואה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הנער מחכה בשער בלי לזוז, ופיפ מתאמנת שוב ושוב אחרי כישלון. מה דומה בין שתי הדרכים להתמודד עם קושי?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צורת התמדה נראית לכם קשה יותר – לחכות בלי לעשות כלום כמו הנער, או להתאמן שוב אחרי כישלון כמו פיפ?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סבלנות (לחכות בשקט) להתמדה פעילה (לנסות שוב ושוב)? תנו דוגמה אחת מהחיים שלכם לכל אחת מהן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מבין שני הסרטונים, לדעתכם, מעביר מסר חזק יותר לבני נוער על התמודדות עם קושי?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שיתוף פעולה ומנהיגות מתחלפת: שיעור אווזי הבר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טסים במבנה 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אווז טס מהר יותר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הלהקה כולה מצליחה לעוף למרחק רב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האווזים נראים יפה יותר מהקרקע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 יותר לצוד מזון במבנה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לאווז שמוביל את הלהקה כשהוא מתעייף?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ממשיך להוביל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עוזב את הלהקה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אווז אחר תופס את מקומו בחזית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הלהקה נעצרת ונחה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הלהקה כדי לעודד את האווזים שבחזית?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שותקת כדי לא להפריע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משמיעה קולות וצפירות עידוד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מתפזרת לכיוונים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מאיטה את קצב הטיסה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שיתוף פעולה ומנהיגות מתחלפת: שיעור אווזי הבר – חיבור בין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האווז שמוביל את הלהקה נשאר באותו תפקיד לאורך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כשאווז נפגע או נחלש, חלק מהלהקה נשארים איתו.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מנהיגות מתחלפת פירושה שתמיד אותו תלמיד מוביל את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שיתוף פעולה ומנהיגות מתחלפת: שיעור אווזי הבר – יישום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הלהקה __________ כדי לעודד את האווזים שטסים בחזית ועובדים הכי 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כשהאווז המוביל מתעייף הוא __________ ואווז אחר תופס את מקומו בראש המבנה.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שיתוף פעולה ומנהיגות מתחלפת: שיעור אווזי הבר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ה-V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ערבות הדדית בזמן משבר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חילופי מוביל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תמיכה קולית באווזים המובילים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צפירות עידוד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טיסה יעילה יותר לכל הלהקה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הישארות עם הנפגע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מניעת עייפות יתר של אווז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חסד, נתינה והשפעה: בומרנג של טוב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'בומרנג של טוב' מבוסס כמעט כולו על תמונה, כמעט בלי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הטוב בסרטון נעצר אצל האדם הראשון שמקבל אותו ולא ממשיך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מתאים לצפייה בכל הגילים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נמשך כחמש דקות וחצי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חסד, נתינה והשפעה: בומרנג של טוב – שרשרת הנתינה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הנער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מקבל את הטוב ומעביר אותו לדמות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מלווה את הסיפור בקול מבחוץ, בלי להיות חלק מהשרשרת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האישה המבוגרת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חוליה נוספת בשרשרת שמקרבת את הטוב בחזרה לנער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ילד/ה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עושה את מעשה הטוב הראשון שפותח את השרשרת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קריין/ית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ממשיכה את שרשרת הנתינה הלאה ברחוב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חסד, נתינה והשפעה: בומרנג של טוב – 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במשפט אחד מהו 'הבומרנג' שחוזר בסוף הסרטון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אישית למעשה טוב קטן שעשיתם או ראיתם, שהשפיע על מישהו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מהי נקודת המפנה בסרטון – הרגע שבו מתברר שהטוב חוזר לנער הראשון. למה דווקא ברגע הזה זו נקודת המפנה?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האם שרשרת טוב כזו יכולה להתקיים גם בלי שאף אחד מתכנן אותה מראש?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מניתוח לכתיבה ולדיבוב יצירתי – הכרת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של פעילות הדיבוב צופים בסרט בלי קול, כדי להתרכז מיד בהבעות הפנים.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שיטת העבודה המוצעת, מתארים תחילה את הדמויות ורק אחר כך מנתחים את הרגשות שלהן.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מניתוח לכתיבה ולדיבוב יצירתי – הכרת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כשעוצרים את הסרטון ובודקים את פני הדמות?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את איכות התמונה בסרטון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רגשות של דמויות על פי הבעות פנים ושפת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כמה פעמים דמות מופיעה בסרט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את כתוביות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השלב האחרון בתהליך הדיבוב המוצע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צפייה ראשונה עם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הדמויות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דיבוב בשידור חי על גבי הסרט המושתק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שאלות לפני הצפייה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מניתוח לכתיבה ולדיבוב יצירתי – הכרת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הדיבוב, מקרינים את הסרט __________ קול, וכל קבוצה 'מדברת' בשם הדמות שלה ברגע המתאים.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לתאר שני רגעים בסרט שבהם הבנתם רגש של דמות רק משפת גוף, בלי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במשפט אחד מה הקשר בין הסרט שבחרתם לערך שהוא מלמד (למשל התמדה, חסד, מנהיגות)?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לכתוב שתי-שלוש שורות דיבוב לדמות, כך שהן משקפות את הרגש שזיהיתם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סרטונים חינוכיים: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